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482F11" w14:textId="61FC7A36" w:rsidR="00E16E54" w:rsidRDefault="007D2B57">
      <w:pPr>
        <w:pStyle w:val="Title"/>
        <w:rPr>
          <w:rFonts w:ascii="Segoe UI" w:hAnsi="Segoe UI" w:cs="Segoe UI"/>
          <w:color w:val="00B050"/>
          <w:sz w:val="40"/>
          <w:szCs w:val="40"/>
        </w:rPr>
      </w:pPr>
      <w:r w:rsidRPr="00501016">
        <w:rPr>
          <w:rFonts w:ascii="Segoe UI" w:hAnsi="Segoe UI" w:cs="Segoe UI"/>
          <w:noProof/>
          <w:color w:val="00B05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8D98D" wp14:editId="41693132">
                <wp:simplePos x="0" y="0"/>
                <wp:positionH relativeFrom="column">
                  <wp:posOffset>5666874</wp:posOffset>
                </wp:positionH>
                <wp:positionV relativeFrom="paragraph">
                  <wp:posOffset>-385011</wp:posOffset>
                </wp:positionV>
                <wp:extent cx="1371299" cy="757856"/>
                <wp:effectExtent l="0" t="0" r="635" b="4445"/>
                <wp:wrapNone/>
                <wp:docPr id="6273061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299" cy="7578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6DC422" w14:textId="30F8BD8D" w:rsidR="007D2B57" w:rsidRDefault="007D2B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8CA6C2" wp14:editId="19499607">
                                  <wp:extent cx="745957" cy="639177"/>
                                  <wp:effectExtent l="0" t="0" r="3810" b="0"/>
                                  <wp:docPr id="1124756512" name="Picture 2" descr="A logo for a caterpilla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4756512" name="Picture 2" descr="A logo for a caterpillar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5359" cy="6472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8D9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6.2pt;margin-top:-30.3pt;width:108pt;height:5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" fillcolor="white [3201]" stroked="f" strokeweight=".5pt">
                <v:textbox>
                  <w:txbxContent>
                    <w:p w14:paraId="426DC422" w14:textId="30F8BD8D" w:rsidR="007D2B57" w:rsidRDefault="007D2B57">
                      <w:r>
                        <w:rPr>
                          <w:noProof/>
                        </w:rPr>
                        <w:drawing>
                          <wp:inline distT="0" distB="0" distL="0" distR="0" wp14:anchorId="518CA6C2" wp14:editId="19499607">
                            <wp:extent cx="745957" cy="639177"/>
                            <wp:effectExtent l="0" t="0" r="3810" b="0"/>
                            <wp:docPr id="1124756512" name="Picture 2" descr="A logo for a caterpilla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4756512" name="Picture 2" descr="A logo for a caterpillar&#10;&#10;AI-generated content may be incorrect.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5359" cy="6472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501016">
        <w:rPr>
          <w:rFonts w:ascii="Segoe UI" w:hAnsi="Segoe UI" w:cs="Segoe UI"/>
          <w:color w:val="00B050"/>
          <w:sz w:val="40"/>
          <w:szCs w:val="40"/>
        </w:rPr>
        <w:t xml:space="preserve">Fee </w:t>
      </w:r>
      <w:r w:rsidR="00183D28">
        <w:rPr>
          <w:rFonts w:ascii="Segoe UI" w:hAnsi="Segoe UI" w:cs="Segoe UI"/>
          <w:color w:val="00B050"/>
          <w:sz w:val="40"/>
          <w:szCs w:val="40"/>
        </w:rPr>
        <w:t>Guide</w:t>
      </w:r>
      <w:r w:rsidRPr="00501016">
        <w:rPr>
          <w:rFonts w:ascii="Segoe UI" w:hAnsi="Segoe UI" w:cs="Segoe UI"/>
          <w:color w:val="00B050"/>
          <w:sz w:val="40"/>
          <w:szCs w:val="40"/>
        </w:rPr>
        <w:t xml:space="preserve"> –</w:t>
      </w:r>
      <w:r w:rsidR="00B32BED" w:rsidRPr="00501016">
        <w:rPr>
          <w:rFonts w:ascii="Segoe UI" w:hAnsi="Segoe UI" w:cs="Segoe UI"/>
          <w:color w:val="00B050"/>
          <w:sz w:val="40"/>
          <w:szCs w:val="40"/>
        </w:rPr>
        <w:t xml:space="preserve"> 2026</w:t>
      </w:r>
      <w:r w:rsidR="00231605" w:rsidRPr="00501016">
        <w:rPr>
          <w:rFonts w:ascii="Segoe UI" w:hAnsi="Segoe UI" w:cs="Segoe UI"/>
          <w:color w:val="00B050"/>
          <w:sz w:val="40"/>
          <w:szCs w:val="40"/>
        </w:rPr>
        <w:t>/27</w:t>
      </w:r>
      <w:r w:rsidRPr="00501016">
        <w:rPr>
          <w:rFonts w:ascii="Segoe UI" w:hAnsi="Segoe UI" w:cs="Segoe UI"/>
          <w:color w:val="00B050"/>
          <w:sz w:val="40"/>
          <w:szCs w:val="40"/>
        </w:rPr>
        <w:t xml:space="preserve">  </w:t>
      </w:r>
    </w:p>
    <w:p w14:paraId="3AEE694C" w14:textId="66B6CE39" w:rsidR="00AB7B07" w:rsidRDefault="00183D28" w:rsidP="00AB7B07">
      <w:pPr>
        <w:rPr>
          <w:rFonts w:ascii="Segoe UI" w:hAnsi="Segoe UI" w:cs="Segoe UI"/>
          <w:i/>
          <w:iCs/>
        </w:rPr>
      </w:pPr>
      <w:r w:rsidRPr="00183D28">
        <w:rPr>
          <w:rFonts w:ascii="Segoe UI" w:hAnsi="Segoe UI" w:cs="Segoe UI"/>
          <w:i/>
          <w:iCs/>
        </w:rPr>
        <w:t>A guide to our fees and funded childcare options</w:t>
      </w:r>
    </w:p>
    <w:p w14:paraId="02760284" w14:textId="1D8D03C5" w:rsidR="00231605" w:rsidRPr="00AB7B07" w:rsidRDefault="00183D28" w:rsidP="00AB7B07">
      <w:pPr>
        <w:rPr>
          <w:rFonts w:ascii="Segoe UI" w:hAnsi="Segoe UI" w:cs="Segoe UI"/>
          <w:b/>
          <w:bCs/>
          <w:i/>
          <w:iCs/>
          <w:sz w:val="24"/>
          <w:szCs w:val="24"/>
        </w:rPr>
      </w:pPr>
      <w:r w:rsidRPr="00AB7B07">
        <w:rPr>
          <w:rFonts w:ascii="Segoe UI" w:hAnsi="Segoe UI" w:cs="Segoe UI"/>
          <w:b/>
          <w:bCs/>
          <w:color w:val="00B050"/>
          <w:sz w:val="24"/>
          <w:szCs w:val="24"/>
        </w:rPr>
        <w:t xml:space="preserve">Funded Childcare with </w:t>
      </w:r>
      <w:r w:rsidR="001F0224">
        <w:rPr>
          <w:rFonts w:ascii="Segoe UI" w:hAnsi="Segoe UI" w:cs="Segoe UI"/>
          <w:b/>
          <w:bCs/>
          <w:color w:val="00B050"/>
          <w:sz w:val="24"/>
          <w:szCs w:val="24"/>
        </w:rPr>
        <w:t xml:space="preserve">Optional </w:t>
      </w:r>
      <w:r w:rsidRPr="00AB7B07">
        <w:rPr>
          <w:rFonts w:ascii="Segoe UI" w:hAnsi="Segoe UI" w:cs="Segoe UI"/>
          <w:b/>
          <w:bCs/>
          <w:color w:val="00B050"/>
          <w:sz w:val="24"/>
          <w:szCs w:val="24"/>
        </w:rPr>
        <w:t>Enhanced Provision</w:t>
      </w:r>
    </w:p>
    <w:p w14:paraId="2DF5ECE3" w14:textId="29E4D211" w:rsidR="00A16D66" w:rsidRPr="004B34BF" w:rsidRDefault="00A16D66" w:rsidP="004B34BF">
      <w:pPr>
        <w:pStyle w:val="isselectedend"/>
        <w:rPr>
          <w:rFonts w:ascii="Segoe UI" w:hAnsi="Segoe UI" w:cs="Segoe UI"/>
          <w:color w:val="000000"/>
          <w:sz w:val="22"/>
          <w:szCs w:val="22"/>
        </w:rPr>
      </w:pPr>
      <w:r w:rsidRPr="00A16D66">
        <w:rPr>
          <w:rFonts w:ascii="Segoe UI" w:hAnsi="Segoe UI" w:cs="Segoe UI"/>
          <w:color w:val="000000"/>
          <w:sz w:val="22"/>
          <w:szCs w:val="22"/>
        </w:rPr>
        <w:t>Children accessing 15 or 30 funded hours receive their funded childcare hours free of charge.</w:t>
      </w:r>
      <w:r w:rsidR="00E44ADC">
        <w:rPr>
          <w:rFonts w:ascii="Segoe UI" w:hAnsi="Segoe UI" w:cs="Segoe UI"/>
          <w:color w:val="000000"/>
          <w:sz w:val="22"/>
          <w:szCs w:val="22"/>
        </w:rPr>
        <w:t xml:space="preserve">  </w:t>
      </w:r>
      <w:r w:rsidR="00E44ADC" w:rsidRPr="00B04D96">
        <w:rPr>
          <w:rFonts w:ascii="Segoe UI" w:hAnsi="Segoe UI" w:cs="Segoe UI"/>
          <w:i/>
          <w:iCs/>
          <w:color w:val="000000"/>
          <w:sz w:val="22"/>
          <w:szCs w:val="22"/>
        </w:rPr>
        <w:t>(A small charge is made for snacks, meals and consumables such as nappies).</w:t>
      </w:r>
    </w:p>
    <w:p w14:paraId="774FE077" w14:textId="29209332" w:rsidR="00A75ACF" w:rsidRDefault="00A75ACF" w:rsidP="00183D28">
      <w:pPr>
        <w:spacing w:before="100" w:beforeAutospacing="1" w:after="100" w:afterAutospacing="1"/>
        <w:rPr>
          <w:rFonts w:ascii="Segoe UI" w:hAnsi="Segoe UI" w:cs="Segoe UI"/>
          <w:color w:val="000000"/>
        </w:rPr>
      </w:pPr>
      <w:r w:rsidRPr="00A75ACF">
        <w:rPr>
          <w:rFonts w:ascii="Segoe UI" w:hAnsi="Segoe UI" w:cs="Segoe UI"/>
          <w:color w:val="000000"/>
        </w:rPr>
        <w:t xml:space="preserve">Our optional </w:t>
      </w:r>
      <w:r w:rsidRPr="00E44ADC">
        <w:rPr>
          <w:rFonts w:ascii="Segoe UI" w:hAnsi="Segoe UI" w:cs="Segoe UI"/>
          <w:b/>
          <w:bCs/>
          <w:color w:val="000000"/>
        </w:rPr>
        <w:t>Enhanced Provision Package</w:t>
      </w:r>
      <w:r w:rsidRPr="00A75ACF">
        <w:rPr>
          <w:rFonts w:ascii="Segoe UI" w:hAnsi="Segoe UI" w:cs="Segoe UI"/>
          <w:color w:val="000000"/>
        </w:rPr>
        <w:t xml:space="preserve"> </w:t>
      </w:r>
      <w:r w:rsidR="00C87866">
        <w:rPr>
          <w:rFonts w:ascii="Segoe UI" w:hAnsi="Segoe UI" w:cs="Segoe UI"/>
          <w:color w:val="000000"/>
        </w:rPr>
        <w:t>allow</w:t>
      </w:r>
      <w:r w:rsidRPr="00A75ACF">
        <w:rPr>
          <w:rFonts w:ascii="Segoe UI" w:hAnsi="Segoe UI" w:cs="Segoe UI"/>
          <w:color w:val="000000"/>
        </w:rPr>
        <w:t>s families to access additional experiences, specialist activities and enhanced resources beyond the funded entitlement.</w:t>
      </w:r>
    </w:p>
    <w:p w14:paraId="5246AB2C" w14:textId="46A110AD" w:rsidR="00183D28" w:rsidRPr="00AB7B07" w:rsidRDefault="00A75ACF" w:rsidP="00183D28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en-GB"/>
        </w:rPr>
      </w:pPr>
      <w:r w:rsidRPr="00AB7B07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en-GB"/>
        </w:rPr>
        <w:t>Our</w:t>
      </w:r>
      <w:r w:rsidR="00183D28" w:rsidRPr="00AB7B07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en-GB"/>
        </w:rPr>
        <w:t xml:space="preserve"> Enhanced Provision includes</w:t>
      </w:r>
    </w:p>
    <w:p w14:paraId="3010F111" w14:textId="4E30BA13" w:rsidR="00183D28" w:rsidRPr="00183D28" w:rsidRDefault="00183D28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  <w:r w:rsidRPr="00183D28">
        <w:rPr>
          <w:rFonts w:ascii="Segoe UI Symbol" w:eastAsia="Times New Roman" w:hAnsi="Segoe UI Symbol" w:cs="Segoe UI Symbol"/>
          <w:color w:val="000000"/>
          <w:lang w:eastAsia="en-GB"/>
        </w:rPr>
        <w:t>✓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Yoga</w:t>
      </w:r>
    </w:p>
    <w:p w14:paraId="6B6F1591" w14:textId="77777777" w:rsidR="00B04D96" w:rsidRDefault="00183D28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  <w:r w:rsidRPr="00183D28">
        <w:rPr>
          <w:rFonts w:ascii="Segoe UI Symbol" w:eastAsia="Times New Roman" w:hAnsi="Segoe UI Symbol" w:cs="Segoe UI Symbol"/>
          <w:color w:val="000000"/>
          <w:lang w:eastAsia="en-GB"/>
        </w:rPr>
        <w:t>✓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Spanish</w:t>
      </w:r>
      <w:r w:rsidR="003F56D7">
        <w:rPr>
          <w:rFonts w:ascii="Segoe UI" w:eastAsia="Times New Roman" w:hAnsi="Segoe UI" w:cs="Segoe UI"/>
          <w:color w:val="000000"/>
          <w:lang w:eastAsia="en-GB"/>
        </w:rPr>
        <w:tab/>
      </w:r>
      <w:r w:rsidR="003F56D7">
        <w:rPr>
          <w:rFonts w:ascii="Segoe UI" w:eastAsia="Times New Roman" w:hAnsi="Segoe UI" w:cs="Segoe UI"/>
          <w:color w:val="000000"/>
          <w:lang w:eastAsia="en-GB"/>
        </w:rPr>
        <w:tab/>
      </w:r>
      <w:r w:rsidR="003F56D7">
        <w:rPr>
          <w:rFonts w:ascii="Segoe UI" w:eastAsia="Times New Roman" w:hAnsi="Segoe UI" w:cs="Segoe UI"/>
          <w:color w:val="000000"/>
          <w:lang w:eastAsia="en-GB"/>
        </w:rPr>
        <w:tab/>
      </w:r>
    </w:p>
    <w:p w14:paraId="430FDFA6" w14:textId="3E5F5C92" w:rsidR="00183D28" w:rsidRPr="00183D28" w:rsidRDefault="00183D28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  <w:r w:rsidRPr="00183D28">
        <w:rPr>
          <w:rFonts w:ascii="Segoe UI Symbol" w:eastAsia="Times New Roman" w:hAnsi="Segoe UI Symbol" w:cs="Segoe UI Symbol"/>
          <w:color w:val="000000"/>
          <w:lang w:eastAsia="en-GB"/>
        </w:rPr>
        <w:t>✓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Sports</w:t>
      </w:r>
    </w:p>
    <w:p w14:paraId="321BE0A4" w14:textId="78E93A6F" w:rsidR="00183D28" w:rsidRDefault="00183D28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  <w:r w:rsidRPr="00183D28">
        <w:rPr>
          <w:rFonts w:ascii="Segoe UI Symbol" w:eastAsia="Times New Roman" w:hAnsi="Segoe UI Symbol" w:cs="Segoe UI Symbol"/>
          <w:color w:val="000000"/>
          <w:lang w:eastAsia="en-GB"/>
        </w:rPr>
        <w:t>✓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Nutritious snacks &amp; meals</w:t>
      </w:r>
      <w:r w:rsidR="003F56D7">
        <w:rPr>
          <w:rFonts w:ascii="Segoe UI" w:eastAsia="Times New Roman" w:hAnsi="Segoe UI" w:cs="Segoe UI"/>
          <w:color w:val="000000"/>
          <w:lang w:eastAsia="en-GB"/>
        </w:rPr>
        <w:tab/>
      </w:r>
      <w:r w:rsidRPr="00183D28">
        <w:rPr>
          <w:rFonts w:ascii="Segoe UI Symbol" w:eastAsia="Times New Roman" w:hAnsi="Segoe UI Symbol" w:cs="Segoe UI Symbol"/>
          <w:color w:val="000000"/>
          <w:lang w:eastAsia="en-GB"/>
        </w:rPr>
        <w:t>✓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Pull-ups (where required)</w:t>
      </w:r>
    </w:p>
    <w:p w14:paraId="7E0BF2E8" w14:textId="77777777" w:rsidR="00AB7B07" w:rsidRPr="003F56D7" w:rsidRDefault="00AB7B07" w:rsidP="00AB7B07">
      <w:pPr>
        <w:pStyle w:val="Heading3"/>
        <w:rPr>
          <w:color w:val="000000"/>
          <w:sz w:val="24"/>
          <w:szCs w:val="24"/>
        </w:rPr>
      </w:pPr>
      <w:r w:rsidRPr="003F56D7">
        <w:rPr>
          <w:color w:val="000000"/>
          <w:sz w:val="24"/>
          <w:szCs w:val="24"/>
        </w:rPr>
        <w:t>Why We Offer Enhanced Provision</w:t>
      </w:r>
    </w:p>
    <w:p w14:paraId="3FD7377D" w14:textId="77777777" w:rsidR="00104AB3" w:rsidRPr="00104AB3" w:rsidRDefault="00104AB3" w:rsidP="00104AB3">
      <w:pPr>
        <w:pStyle w:val="isselectedend"/>
        <w:rPr>
          <w:rFonts w:ascii="Segoe UI" w:hAnsi="Segoe UI" w:cs="Segoe UI"/>
          <w:color w:val="000000"/>
          <w:sz w:val="22"/>
          <w:szCs w:val="22"/>
        </w:rPr>
      </w:pPr>
      <w:r w:rsidRPr="00104AB3">
        <w:rPr>
          <w:rFonts w:ascii="Segoe UI" w:hAnsi="Segoe UI" w:cs="Segoe UI"/>
          <w:color w:val="000000"/>
          <w:sz w:val="22"/>
          <w:szCs w:val="22"/>
        </w:rPr>
        <w:t>Government funding supports core early education; however, it does not cover all the additional experiences, resources and services that make Caterpillars unique.</w:t>
      </w:r>
    </w:p>
    <w:p w14:paraId="3E789D23" w14:textId="1F9B5549" w:rsidR="00104AB3" w:rsidRPr="00104AB3" w:rsidRDefault="00104AB3" w:rsidP="00104AB3">
      <w:pPr>
        <w:pStyle w:val="isselectedend"/>
        <w:rPr>
          <w:rFonts w:ascii="Segoe UI" w:hAnsi="Segoe UI" w:cs="Segoe UI"/>
          <w:color w:val="000000"/>
          <w:sz w:val="22"/>
          <w:szCs w:val="22"/>
        </w:rPr>
      </w:pPr>
      <w:r w:rsidRPr="00104AB3">
        <w:rPr>
          <w:rFonts w:ascii="Segoe UI" w:hAnsi="Segoe UI" w:cs="Segoe UI"/>
          <w:color w:val="000000"/>
          <w:sz w:val="22"/>
          <w:szCs w:val="22"/>
        </w:rPr>
        <w:t>Our Optional Enhanced Provision Package supports specialist activities, nutritious meals and snacks, enhanced resources, strong staffing levels and meaningful adult-child interactions.</w:t>
      </w:r>
    </w:p>
    <w:p w14:paraId="77210465" w14:textId="4FD90A46" w:rsidR="001F0224" w:rsidRPr="001F0224" w:rsidRDefault="00104AB3" w:rsidP="00104AB3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 w:rsidRPr="00104AB3">
        <w:rPr>
          <w:rFonts w:ascii="Segoe UI" w:hAnsi="Segoe UI" w:cs="Segoe UI"/>
          <w:color w:val="000000"/>
          <w:sz w:val="22"/>
          <w:szCs w:val="22"/>
        </w:rPr>
        <w:t>As a small Montessori setting, we maintain strong adult-to-child ratios, enabling warm relationships, responsive care and individual attention for every child.</w:t>
      </w:r>
    </w:p>
    <w:p w14:paraId="283B3E4F" w14:textId="4C66D47A" w:rsidR="00B32BED" w:rsidRPr="00501016" w:rsidRDefault="00A74BD1">
      <w:pPr>
        <w:rPr>
          <w:rFonts w:ascii="Segoe UI Semibold" w:hAnsi="Segoe UI Semibold" w:cs="Segoe UI Semibold"/>
          <w:b/>
          <w:bCs/>
        </w:rPr>
      </w:pPr>
      <w:r>
        <w:rPr>
          <w:rFonts w:ascii="Segoe UI Semibold" w:hAnsi="Segoe UI Semibold" w:cs="Segoe UI Semibold"/>
          <w:b/>
          <w:bCs/>
        </w:rPr>
        <w:t>Optional Enhanced Provision Package Contributions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2835"/>
        <w:gridCol w:w="1985"/>
        <w:gridCol w:w="2126"/>
      </w:tblGrid>
      <w:tr w:rsidR="00E16E54" w:rsidRPr="00501016" w14:paraId="51F72D67" w14:textId="77777777" w:rsidTr="00EC1458">
        <w:tc>
          <w:tcPr>
            <w:tcW w:w="2835" w:type="dxa"/>
          </w:tcPr>
          <w:p w14:paraId="4AC48047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Session Type</w:t>
            </w:r>
          </w:p>
        </w:tc>
        <w:tc>
          <w:tcPr>
            <w:tcW w:w="2835" w:type="dxa"/>
          </w:tcPr>
          <w:p w14:paraId="6F79FCCE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Time</w:t>
            </w:r>
          </w:p>
        </w:tc>
        <w:tc>
          <w:tcPr>
            <w:tcW w:w="1985" w:type="dxa"/>
          </w:tcPr>
          <w:p w14:paraId="35E462F2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3 &amp; 4 Year Olds</w:t>
            </w:r>
          </w:p>
        </w:tc>
        <w:tc>
          <w:tcPr>
            <w:tcW w:w="2126" w:type="dxa"/>
          </w:tcPr>
          <w:p w14:paraId="15B4BE5A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1 &amp; 2 Year Olds</w:t>
            </w:r>
          </w:p>
        </w:tc>
      </w:tr>
      <w:tr w:rsidR="00EF67DC" w:rsidRPr="00501016" w14:paraId="322CD7B0" w14:textId="77777777" w:rsidTr="00EC1458">
        <w:tc>
          <w:tcPr>
            <w:tcW w:w="2835" w:type="dxa"/>
          </w:tcPr>
          <w:p w14:paraId="1295B6CA" w14:textId="3C0C0141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Morning Session</w:t>
            </w:r>
          </w:p>
        </w:tc>
        <w:tc>
          <w:tcPr>
            <w:tcW w:w="2835" w:type="dxa"/>
          </w:tcPr>
          <w:p w14:paraId="14922C37" w14:textId="3398DECD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11:30am</w:t>
            </w:r>
          </w:p>
        </w:tc>
        <w:tc>
          <w:tcPr>
            <w:tcW w:w="1985" w:type="dxa"/>
          </w:tcPr>
          <w:p w14:paraId="46B702BC" w14:textId="0AA81D31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 xml:space="preserve">£16.45 </w:t>
            </w:r>
          </w:p>
        </w:tc>
        <w:tc>
          <w:tcPr>
            <w:tcW w:w="2126" w:type="dxa"/>
          </w:tcPr>
          <w:p w14:paraId="75F0CE72" w14:textId="7B49EA1A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£17.</w:t>
            </w:r>
            <w:r w:rsidR="00EC1458" w:rsidRPr="00501016">
              <w:rPr>
                <w:rFonts w:ascii="Segoe UI Semibold" w:hAnsi="Segoe UI Semibold" w:cs="Segoe UI Semibold"/>
                <w:b/>
                <w:bCs/>
              </w:rPr>
              <w:t>50</w:t>
            </w:r>
          </w:p>
        </w:tc>
      </w:tr>
      <w:tr w:rsidR="00EF67DC" w:rsidRPr="00501016" w14:paraId="5DBD7088" w14:textId="77777777" w:rsidTr="00EC1458">
        <w:tc>
          <w:tcPr>
            <w:tcW w:w="2835" w:type="dxa"/>
          </w:tcPr>
          <w:p w14:paraId="7D5B408B" w14:textId="79C85AF2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Morning</w:t>
            </w:r>
            <w:r w:rsidR="00EC1458" w:rsidRPr="00501016">
              <w:rPr>
                <w:rFonts w:ascii="Segoe UI Semibold" w:hAnsi="Segoe UI Semibold" w:cs="Segoe UI Semibold"/>
                <w:b/>
                <w:bCs/>
              </w:rPr>
              <w:t xml:space="preserve"> with Lunch</w:t>
            </w:r>
          </w:p>
        </w:tc>
        <w:tc>
          <w:tcPr>
            <w:tcW w:w="2835" w:type="dxa"/>
          </w:tcPr>
          <w:p w14:paraId="30C80AE2" w14:textId="56AC96C6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1:00pm</w:t>
            </w:r>
          </w:p>
        </w:tc>
        <w:tc>
          <w:tcPr>
            <w:tcW w:w="1985" w:type="dxa"/>
          </w:tcPr>
          <w:p w14:paraId="055659A5" w14:textId="7EFA8083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£23.50</w:t>
            </w:r>
          </w:p>
        </w:tc>
        <w:tc>
          <w:tcPr>
            <w:tcW w:w="2126" w:type="dxa"/>
          </w:tcPr>
          <w:p w14:paraId="5CB9C4BD" w14:textId="451C457A" w:rsidR="00EF67DC" w:rsidRPr="00501016" w:rsidRDefault="00DA339E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>
              <w:rPr>
                <w:rFonts w:ascii="Segoe UI Semibold" w:hAnsi="Segoe UI Semibold" w:cs="Segoe UI Semibold"/>
                <w:b/>
                <w:bCs/>
              </w:rPr>
              <w:t>£</w:t>
            </w:r>
            <w:r w:rsidR="00EC1458" w:rsidRPr="00501016">
              <w:rPr>
                <w:rFonts w:ascii="Segoe UI Semibold" w:hAnsi="Segoe UI Semibold" w:cs="Segoe UI Semibold"/>
                <w:b/>
                <w:bCs/>
              </w:rPr>
              <w:t>25.00</w:t>
            </w:r>
          </w:p>
        </w:tc>
      </w:tr>
      <w:tr w:rsidR="00EF67DC" w:rsidRPr="00501016" w14:paraId="5508397B" w14:textId="77777777" w:rsidTr="00EC1458">
        <w:tc>
          <w:tcPr>
            <w:tcW w:w="2835" w:type="dxa"/>
          </w:tcPr>
          <w:p w14:paraId="4793047F" w14:textId="5D862059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Afternoon Session</w:t>
            </w:r>
          </w:p>
        </w:tc>
        <w:tc>
          <w:tcPr>
            <w:tcW w:w="2835" w:type="dxa"/>
          </w:tcPr>
          <w:p w14:paraId="6E2055F9" w14:textId="7D93CD2C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1.00pm – 3:30pm</w:t>
            </w:r>
          </w:p>
        </w:tc>
        <w:tc>
          <w:tcPr>
            <w:tcW w:w="1985" w:type="dxa"/>
          </w:tcPr>
          <w:p w14:paraId="698F297D" w14:textId="6F961B1D" w:rsidR="00EF67DC" w:rsidRPr="000939F1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£1</w:t>
            </w:r>
            <w:r w:rsidR="002E645E">
              <w:rPr>
                <w:rFonts w:ascii="Segoe UI Semibold" w:hAnsi="Segoe UI Semibold" w:cs="Segoe UI Semibold"/>
                <w:b/>
                <w:bCs/>
              </w:rPr>
              <w:t>1.75</w:t>
            </w:r>
          </w:p>
        </w:tc>
        <w:tc>
          <w:tcPr>
            <w:tcW w:w="2126" w:type="dxa"/>
          </w:tcPr>
          <w:p w14:paraId="3437A02A" w14:textId="2D00B74C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£1</w:t>
            </w:r>
            <w:r w:rsidR="00EC1458" w:rsidRPr="00501016">
              <w:rPr>
                <w:rFonts w:ascii="Segoe UI Semibold" w:hAnsi="Segoe UI Semibold" w:cs="Segoe UI Semibold"/>
                <w:b/>
                <w:bCs/>
              </w:rPr>
              <w:t>2.50</w:t>
            </w:r>
          </w:p>
        </w:tc>
      </w:tr>
      <w:tr w:rsidR="00EF67DC" w:rsidRPr="00501016" w14:paraId="22D8A686" w14:textId="77777777" w:rsidTr="00EC1458">
        <w:tc>
          <w:tcPr>
            <w:tcW w:w="2835" w:type="dxa"/>
          </w:tcPr>
          <w:p w14:paraId="379215CD" w14:textId="650A2459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All Day Session</w:t>
            </w:r>
          </w:p>
        </w:tc>
        <w:tc>
          <w:tcPr>
            <w:tcW w:w="2835" w:type="dxa"/>
          </w:tcPr>
          <w:p w14:paraId="7A5B2572" w14:textId="51214FDC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3:30pm</w:t>
            </w:r>
          </w:p>
        </w:tc>
        <w:tc>
          <w:tcPr>
            <w:tcW w:w="1985" w:type="dxa"/>
          </w:tcPr>
          <w:p w14:paraId="15B88DAA" w14:textId="189242CD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£35.</w:t>
            </w:r>
            <w:r w:rsidR="002E645E">
              <w:rPr>
                <w:rFonts w:ascii="Segoe UI Semibold" w:hAnsi="Segoe UI Semibold" w:cs="Segoe UI Semibold"/>
                <w:b/>
                <w:bCs/>
              </w:rPr>
              <w:t>25</w:t>
            </w:r>
          </w:p>
        </w:tc>
        <w:tc>
          <w:tcPr>
            <w:tcW w:w="2126" w:type="dxa"/>
          </w:tcPr>
          <w:p w14:paraId="641F60FD" w14:textId="5B2445DB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£3</w:t>
            </w:r>
            <w:r w:rsidR="00EC1458" w:rsidRPr="00501016">
              <w:rPr>
                <w:rFonts w:ascii="Segoe UI Semibold" w:hAnsi="Segoe UI Semibold" w:cs="Segoe UI Semibold"/>
                <w:b/>
                <w:bCs/>
              </w:rPr>
              <w:t>7.50</w:t>
            </w:r>
            <w:r w:rsidR="0064111A">
              <w:rPr>
                <w:rFonts w:ascii="Segoe UI Semibold" w:hAnsi="Segoe UI Semibold" w:cs="Segoe UI Semibold"/>
                <w:b/>
                <w:bCs/>
              </w:rPr>
              <w:t xml:space="preserve"> </w:t>
            </w:r>
          </w:p>
        </w:tc>
      </w:tr>
      <w:tr w:rsidR="00EF67DC" w:rsidRPr="00501016" w14:paraId="6A6E51F7" w14:textId="77777777" w:rsidTr="00EC1458">
        <w:tc>
          <w:tcPr>
            <w:tcW w:w="2835" w:type="dxa"/>
          </w:tcPr>
          <w:p w14:paraId="630D3599" w14:textId="160A3A37" w:rsidR="00EF67DC" w:rsidRPr="00501016" w:rsidRDefault="00EC1458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Full</w:t>
            </w:r>
            <w:r w:rsidR="00EF67DC" w:rsidRPr="00501016">
              <w:rPr>
                <w:rFonts w:ascii="Segoe UI Semibold" w:hAnsi="Segoe UI Semibold" w:cs="Segoe UI Semibold"/>
                <w:b/>
                <w:bCs/>
              </w:rPr>
              <w:t xml:space="preserve"> Day</w:t>
            </w:r>
          </w:p>
        </w:tc>
        <w:tc>
          <w:tcPr>
            <w:tcW w:w="2835" w:type="dxa"/>
          </w:tcPr>
          <w:p w14:paraId="0CCE2A84" w14:textId="34C09281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6:00pm</w:t>
            </w:r>
          </w:p>
        </w:tc>
        <w:tc>
          <w:tcPr>
            <w:tcW w:w="1985" w:type="dxa"/>
          </w:tcPr>
          <w:p w14:paraId="5C41CE10" w14:textId="02C4DDFF" w:rsidR="00EF67DC" w:rsidRPr="000939F1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£4</w:t>
            </w:r>
            <w:r w:rsidR="002E645E">
              <w:rPr>
                <w:rFonts w:ascii="Segoe UI Semibold" w:hAnsi="Segoe UI Semibold" w:cs="Segoe UI Semibold"/>
                <w:b/>
                <w:bCs/>
              </w:rPr>
              <w:t>7.00</w:t>
            </w:r>
          </w:p>
        </w:tc>
        <w:tc>
          <w:tcPr>
            <w:tcW w:w="2126" w:type="dxa"/>
          </w:tcPr>
          <w:p w14:paraId="638B19EC" w14:textId="0E4A2EB7" w:rsidR="00EF67DC" w:rsidRPr="000939F1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2E645E">
              <w:rPr>
                <w:rFonts w:ascii="Segoe UI Semibold" w:hAnsi="Segoe UI Semibold" w:cs="Segoe UI Semibold"/>
                <w:b/>
                <w:bCs/>
              </w:rPr>
              <w:t>50.00</w:t>
            </w:r>
          </w:p>
        </w:tc>
      </w:tr>
      <w:tr w:rsidR="00EF67DC" w:rsidRPr="00501016" w14:paraId="21619E5C" w14:textId="77777777" w:rsidTr="00EC1458">
        <w:tc>
          <w:tcPr>
            <w:tcW w:w="2835" w:type="dxa"/>
          </w:tcPr>
          <w:p w14:paraId="254B6BC4" w14:textId="13F64AC7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Hour</w:t>
            </w:r>
            <w:r w:rsidR="00EC1458" w:rsidRPr="00501016">
              <w:rPr>
                <w:rFonts w:ascii="Segoe UI Semibold" w:hAnsi="Segoe UI Semibold" w:cs="Segoe UI Semibold"/>
                <w:b/>
                <w:bCs/>
              </w:rPr>
              <w:t>ly rate for extra hours</w:t>
            </w:r>
          </w:p>
        </w:tc>
        <w:tc>
          <w:tcPr>
            <w:tcW w:w="2835" w:type="dxa"/>
          </w:tcPr>
          <w:p w14:paraId="5971FB6B" w14:textId="77777777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3:30pm – 6:00pm</w:t>
            </w:r>
          </w:p>
        </w:tc>
        <w:tc>
          <w:tcPr>
            <w:tcW w:w="1985" w:type="dxa"/>
          </w:tcPr>
          <w:p w14:paraId="04C72113" w14:textId="6F049DAB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£4.70</w:t>
            </w:r>
            <w:r w:rsidR="000939F1">
              <w:rPr>
                <w:rFonts w:ascii="Segoe UI Semibold" w:hAnsi="Segoe UI Semibold" w:cs="Segoe UI Semibold"/>
                <w:b/>
                <w:bCs/>
              </w:rPr>
              <w:t xml:space="preserve"> </w:t>
            </w:r>
          </w:p>
        </w:tc>
        <w:tc>
          <w:tcPr>
            <w:tcW w:w="2126" w:type="dxa"/>
          </w:tcPr>
          <w:p w14:paraId="664C8A46" w14:textId="7CCB42DC" w:rsidR="00EF67DC" w:rsidRPr="00501016" w:rsidRDefault="00EF67DC" w:rsidP="00EF67DC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£5.</w:t>
            </w:r>
            <w:r w:rsidR="00EC1458" w:rsidRPr="00501016">
              <w:rPr>
                <w:rFonts w:ascii="Segoe UI Semibold" w:hAnsi="Segoe UI Semibold" w:cs="Segoe UI Semibold"/>
                <w:b/>
                <w:bCs/>
              </w:rPr>
              <w:t>00</w:t>
            </w:r>
          </w:p>
        </w:tc>
      </w:tr>
    </w:tbl>
    <w:p w14:paraId="3AAE80F6" w14:textId="26739DE6" w:rsidR="00183D28" w:rsidRPr="00183D28" w:rsidRDefault="00183D28" w:rsidP="00183D28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n-GB"/>
        </w:rPr>
      </w:pPr>
      <w:r w:rsidRPr="00183D28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n-GB"/>
        </w:rPr>
        <w:lastRenderedPageBreak/>
        <w:t>Information</w:t>
      </w:r>
    </w:p>
    <w:p w14:paraId="53962380" w14:textId="63524706" w:rsidR="00183D28" w:rsidRPr="00183D28" w:rsidRDefault="00183D28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  <w:r w:rsidRPr="00183D28">
        <w:rPr>
          <w:rFonts w:ascii="Apple Color Emoji" w:eastAsia="Times New Roman" w:hAnsi="Apple Color Emoji" w:cs="Apple Color Emoji"/>
          <w:color w:val="000000"/>
          <w:lang w:eastAsia="en-GB"/>
        </w:rPr>
        <w:t>💚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Funded hours may be used between </w:t>
      </w:r>
      <w:r w:rsidRPr="00183D28">
        <w:rPr>
          <w:rFonts w:ascii="Segoe UI" w:eastAsia="Times New Roman" w:hAnsi="Segoe UI" w:cs="Segoe UI"/>
          <w:b/>
          <w:bCs/>
          <w:color w:val="000000"/>
          <w:lang w:eastAsia="en-GB"/>
        </w:rPr>
        <w:t>8:00</w:t>
      </w:r>
      <w:r w:rsidR="00A626E3">
        <w:rPr>
          <w:rFonts w:ascii="Segoe UI" w:eastAsia="Times New Roman" w:hAnsi="Segoe UI" w:cs="Segoe UI"/>
          <w:b/>
          <w:bCs/>
          <w:color w:val="000000"/>
          <w:lang w:eastAsia="en-GB"/>
        </w:rPr>
        <w:t xml:space="preserve"> </w:t>
      </w:r>
      <w:r w:rsidRPr="00183D28">
        <w:rPr>
          <w:rFonts w:ascii="Segoe UI" w:eastAsia="Times New Roman" w:hAnsi="Segoe UI" w:cs="Segoe UI"/>
          <w:b/>
          <w:bCs/>
          <w:color w:val="000000"/>
          <w:lang w:eastAsia="en-GB"/>
        </w:rPr>
        <w:t>am–6:00</w:t>
      </w:r>
      <w:r w:rsidR="00A626E3">
        <w:rPr>
          <w:rFonts w:ascii="Segoe UI" w:eastAsia="Times New Roman" w:hAnsi="Segoe UI" w:cs="Segoe UI"/>
          <w:b/>
          <w:bCs/>
          <w:color w:val="000000"/>
          <w:lang w:eastAsia="en-GB"/>
        </w:rPr>
        <w:t xml:space="preserve"> </w:t>
      </w:r>
      <w:r w:rsidRPr="00183D28">
        <w:rPr>
          <w:rFonts w:ascii="Segoe UI" w:eastAsia="Times New Roman" w:hAnsi="Segoe UI" w:cs="Segoe UI"/>
          <w:b/>
          <w:bCs/>
          <w:color w:val="000000"/>
          <w:lang w:eastAsia="en-GB"/>
        </w:rPr>
        <w:t>pm</w:t>
      </w:r>
      <w:r w:rsidRPr="00183D28">
        <w:rPr>
          <w:rFonts w:ascii="Segoe UI" w:eastAsia="Times New Roman" w:hAnsi="Segoe UI" w:cs="Segoe UI"/>
          <w:color w:val="000000"/>
          <w:lang w:eastAsia="en-GB"/>
        </w:rPr>
        <w:t>, subject to eligibility</w:t>
      </w:r>
      <w:r w:rsidR="00B04D96">
        <w:rPr>
          <w:rFonts w:ascii="Segoe UI" w:eastAsia="Times New Roman" w:hAnsi="Segoe UI" w:cs="Segoe UI"/>
          <w:color w:val="000000"/>
          <w:lang w:eastAsia="en-GB"/>
        </w:rPr>
        <w:t xml:space="preserve"> and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availability</w:t>
      </w:r>
      <w:r w:rsidR="00E44ADC">
        <w:rPr>
          <w:rFonts w:ascii="Segoe UI" w:eastAsia="Times New Roman" w:hAnsi="Segoe UI" w:cs="Segoe UI"/>
          <w:color w:val="000000"/>
          <w:lang w:eastAsia="en-GB"/>
        </w:rPr>
        <w:t>.</w:t>
      </w:r>
    </w:p>
    <w:p w14:paraId="46BDCAF4" w14:textId="667BA70A" w:rsidR="00A626E3" w:rsidRDefault="00183D28" w:rsidP="00A626E3">
      <w:pPr>
        <w:spacing w:before="100" w:beforeAutospacing="1" w:after="100" w:afterAutospacing="1"/>
        <w:rPr>
          <w:rFonts w:ascii="-webkit-standard" w:hAnsi="-webkit-standard" w:hint="eastAsia"/>
          <w:color w:val="000000"/>
          <w:sz w:val="27"/>
          <w:szCs w:val="27"/>
        </w:rPr>
      </w:pPr>
      <w:r w:rsidRPr="00183D28">
        <w:rPr>
          <w:rFonts w:ascii="Apple Color Emoji" w:eastAsia="Times New Roman" w:hAnsi="Apple Color Emoji" w:cs="Apple Color Emoji"/>
          <w:color w:val="000000"/>
          <w:lang w:eastAsia="en-GB"/>
        </w:rPr>
        <w:t>🍎</w:t>
      </w: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 </w:t>
      </w:r>
      <w:r w:rsidR="00246010" w:rsidRPr="00246010">
        <w:rPr>
          <w:rFonts w:ascii="Segoe UI" w:hAnsi="Segoe UI" w:cs="Segoe UI"/>
          <w:color w:val="000000"/>
        </w:rPr>
        <w:t>Lunch and tea options are available during sessions. Families choosing our Optional Enhanced Provision Package will have these included.</w:t>
      </w:r>
    </w:p>
    <w:p w14:paraId="5369173D" w14:textId="5255F5A6" w:rsidR="00A626E3" w:rsidRPr="00A626E3" w:rsidRDefault="00A626E3" w:rsidP="00A626E3">
      <w:pPr>
        <w:spacing w:before="100" w:beforeAutospacing="1" w:after="100" w:afterAutospacing="1"/>
        <w:rPr>
          <w:rFonts w:ascii="Segoe UI" w:hAnsi="Segoe UI" w:cs="Segoe UI"/>
          <w:b/>
          <w:bCs/>
          <w:color w:val="000000"/>
        </w:rPr>
      </w:pPr>
      <w:r w:rsidRPr="00A626E3">
        <w:rPr>
          <w:rFonts w:ascii="Segoe UI" w:hAnsi="Segoe UI" w:cs="Segoe UI"/>
          <w:b/>
          <w:bCs/>
          <w:color w:val="000000"/>
        </w:rPr>
        <w:t>Funded Childcare Places</w:t>
      </w:r>
    </w:p>
    <w:p w14:paraId="21B118B1" w14:textId="6DF991D0" w:rsidR="00DA339E" w:rsidRDefault="00DA339E" w:rsidP="00A626E3">
      <w:pPr>
        <w:pStyle w:val="NormalWeb"/>
        <w:rPr>
          <w:rFonts w:ascii="Segoe UI" w:hAnsi="Segoe UI" w:cs="Segoe UI"/>
          <w:color w:val="000000"/>
          <w:sz w:val="22"/>
          <w:szCs w:val="22"/>
        </w:rPr>
      </w:pPr>
      <w:r w:rsidRPr="00DA339E">
        <w:rPr>
          <w:rFonts w:ascii="Segoe UI" w:hAnsi="Segoe UI" w:cs="Segoe UI"/>
          <w:color w:val="000000"/>
          <w:sz w:val="22"/>
          <w:szCs w:val="22"/>
        </w:rPr>
        <w:t xml:space="preserve">The number of funded places available is limited due to our small setting size, staffing structure and commitment to providing high-quality individualised care. </w:t>
      </w:r>
    </w:p>
    <w:p w14:paraId="3FF8F07A" w14:textId="77777777" w:rsidR="00183D28" w:rsidRPr="00183D28" w:rsidRDefault="00183D28" w:rsidP="00183D28">
      <w:pPr>
        <w:spacing w:before="100" w:beforeAutospacing="1" w:after="100" w:afterAutospacing="1"/>
        <w:outlineLvl w:val="0"/>
        <w:rPr>
          <w:rFonts w:ascii="Segoe UI" w:eastAsia="Times New Roman" w:hAnsi="Segoe UI" w:cs="Segoe UI"/>
          <w:b/>
          <w:bCs/>
          <w:color w:val="00B050"/>
          <w:kern w:val="36"/>
          <w:sz w:val="28"/>
          <w:szCs w:val="28"/>
          <w:lang w:eastAsia="en-GB"/>
        </w:rPr>
      </w:pPr>
      <w:r w:rsidRPr="00183D28">
        <w:rPr>
          <w:rFonts w:ascii="Segoe UI" w:eastAsia="Times New Roman" w:hAnsi="Segoe UI" w:cs="Segoe UI"/>
          <w:b/>
          <w:bCs/>
          <w:color w:val="00B050"/>
          <w:kern w:val="36"/>
          <w:sz w:val="28"/>
          <w:szCs w:val="28"/>
          <w:lang w:eastAsia="en-GB"/>
        </w:rPr>
        <w:t>Additional Sessions</w:t>
      </w:r>
    </w:p>
    <w:p w14:paraId="0F8674EE" w14:textId="32F6BE3C" w:rsidR="00E16E54" w:rsidRPr="00183D28" w:rsidRDefault="00183D28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  <w:r w:rsidRPr="00183D28">
        <w:rPr>
          <w:rFonts w:ascii="Segoe UI" w:eastAsia="Times New Roman" w:hAnsi="Segoe UI" w:cs="Segoe UI"/>
          <w:color w:val="000000"/>
          <w:lang w:eastAsia="en-GB"/>
        </w:rPr>
        <w:t>If you require childcare beyond your funded entitlement, the following fees apply.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2835"/>
        <w:gridCol w:w="1985"/>
        <w:gridCol w:w="2126"/>
      </w:tblGrid>
      <w:tr w:rsidR="00E16E54" w:rsidRPr="00501016" w14:paraId="7E2AC800" w14:textId="77777777" w:rsidTr="00231605">
        <w:tc>
          <w:tcPr>
            <w:tcW w:w="2835" w:type="dxa"/>
          </w:tcPr>
          <w:p w14:paraId="34409651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Session Type</w:t>
            </w:r>
          </w:p>
        </w:tc>
        <w:tc>
          <w:tcPr>
            <w:tcW w:w="2835" w:type="dxa"/>
          </w:tcPr>
          <w:p w14:paraId="2CD382AF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Time</w:t>
            </w:r>
          </w:p>
        </w:tc>
        <w:tc>
          <w:tcPr>
            <w:tcW w:w="1985" w:type="dxa"/>
          </w:tcPr>
          <w:p w14:paraId="49494492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3 &amp; 4 Year Olds</w:t>
            </w:r>
          </w:p>
        </w:tc>
        <w:tc>
          <w:tcPr>
            <w:tcW w:w="2126" w:type="dxa"/>
          </w:tcPr>
          <w:p w14:paraId="1AD87C71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00B05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  <w:color w:val="00B050"/>
              </w:rPr>
              <w:t>1 &amp; 2 Year Olds</w:t>
            </w:r>
          </w:p>
        </w:tc>
      </w:tr>
      <w:tr w:rsidR="00E16E54" w:rsidRPr="00501016" w14:paraId="512C1B2A" w14:textId="77777777" w:rsidTr="00231605">
        <w:tc>
          <w:tcPr>
            <w:tcW w:w="2835" w:type="dxa"/>
          </w:tcPr>
          <w:p w14:paraId="637DF7F1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Morning Session</w:t>
            </w:r>
          </w:p>
        </w:tc>
        <w:tc>
          <w:tcPr>
            <w:tcW w:w="2835" w:type="dxa"/>
          </w:tcPr>
          <w:p w14:paraId="729DD155" w14:textId="13F42C2D" w:rsidR="00E16E54" w:rsidRPr="00501016" w:rsidRDefault="00EC1458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11:30am</w:t>
            </w:r>
          </w:p>
        </w:tc>
        <w:tc>
          <w:tcPr>
            <w:tcW w:w="1985" w:type="dxa"/>
          </w:tcPr>
          <w:p w14:paraId="2B74A297" w14:textId="72F3E8EB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£3</w:t>
            </w:r>
            <w:r w:rsidR="00B32BED" w:rsidRPr="00501016">
              <w:rPr>
                <w:rFonts w:ascii="Segoe UI Semibold" w:hAnsi="Segoe UI Semibold" w:cs="Segoe UI Semibold"/>
                <w:b/>
                <w:bCs/>
              </w:rPr>
              <w:t>6.75</w:t>
            </w:r>
          </w:p>
        </w:tc>
        <w:tc>
          <w:tcPr>
            <w:tcW w:w="2126" w:type="dxa"/>
          </w:tcPr>
          <w:p w14:paraId="348E464F" w14:textId="7CE2F613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£4</w:t>
            </w:r>
            <w:r w:rsidR="00B32BED" w:rsidRPr="00501016">
              <w:rPr>
                <w:rFonts w:ascii="Segoe UI Semibold" w:hAnsi="Segoe UI Semibold" w:cs="Segoe UI Semibold"/>
                <w:b/>
                <w:bCs/>
              </w:rPr>
              <w:t>5.50</w:t>
            </w:r>
          </w:p>
        </w:tc>
      </w:tr>
      <w:tr w:rsidR="00EC1458" w:rsidRPr="00501016" w14:paraId="7B73CFF8" w14:textId="77777777" w:rsidTr="00231605">
        <w:tc>
          <w:tcPr>
            <w:tcW w:w="2835" w:type="dxa"/>
          </w:tcPr>
          <w:p w14:paraId="241B0BA0" w14:textId="687B2669" w:rsidR="00EC1458" w:rsidRPr="00501016" w:rsidRDefault="00EC1458" w:rsidP="00EC1458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Morning with Lunch</w:t>
            </w:r>
          </w:p>
        </w:tc>
        <w:tc>
          <w:tcPr>
            <w:tcW w:w="2835" w:type="dxa"/>
          </w:tcPr>
          <w:p w14:paraId="3C99CC25" w14:textId="0426218C" w:rsidR="00EC1458" w:rsidRPr="00501016" w:rsidRDefault="00EC1458" w:rsidP="00EC1458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1:00pm</w:t>
            </w:r>
          </w:p>
        </w:tc>
        <w:tc>
          <w:tcPr>
            <w:tcW w:w="1985" w:type="dxa"/>
          </w:tcPr>
          <w:p w14:paraId="73398B2B" w14:textId="5AC31E10" w:rsidR="00EC1458" w:rsidRPr="00501016" w:rsidRDefault="00EC1458" w:rsidP="00EC1458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231605" w:rsidRPr="00501016">
              <w:rPr>
                <w:rFonts w:ascii="Segoe UI Semibold" w:hAnsi="Segoe UI Semibold" w:cs="Segoe UI Semibold"/>
                <w:b/>
                <w:bCs/>
              </w:rPr>
              <w:t>52.50</w:t>
            </w:r>
          </w:p>
        </w:tc>
        <w:tc>
          <w:tcPr>
            <w:tcW w:w="2126" w:type="dxa"/>
          </w:tcPr>
          <w:p w14:paraId="019CE7C3" w14:textId="0FEE0D4E" w:rsidR="00EC1458" w:rsidRPr="00501016" w:rsidRDefault="00EC1458" w:rsidP="00EC1458">
            <w:pPr>
              <w:rPr>
                <w:rFonts w:ascii="Segoe UI Semibold" w:hAnsi="Segoe UI Semibold" w:cs="Segoe UI Semibold"/>
                <w:b/>
                <w:bCs/>
              </w:rPr>
            </w:pPr>
            <w:r w:rsidRPr="002E645E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231605" w:rsidRPr="002E645E">
              <w:rPr>
                <w:rFonts w:ascii="Segoe UI Semibold" w:hAnsi="Segoe UI Semibold" w:cs="Segoe UI Semibold"/>
                <w:b/>
                <w:bCs/>
              </w:rPr>
              <w:t>6</w:t>
            </w:r>
            <w:r w:rsidR="009E4F97" w:rsidRPr="002E645E">
              <w:rPr>
                <w:rFonts w:ascii="Segoe UI Semibold" w:hAnsi="Segoe UI Semibold" w:cs="Segoe UI Semibold"/>
                <w:b/>
                <w:bCs/>
              </w:rPr>
              <w:t>5.00</w:t>
            </w:r>
          </w:p>
        </w:tc>
      </w:tr>
      <w:tr w:rsidR="00E16E54" w:rsidRPr="00501016" w14:paraId="688A6963" w14:textId="77777777" w:rsidTr="00231605">
        <w:tc>
          <w:tcPr>
            <w:tcW w:w="2835" w:type="dxa"/>
          </w:tcPr>
          <w:p w14:paraId="24FE5CC6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Afternoon Session</w:t>
            </w:r>
          </w:p>
        </w:tc>
        <w:tc>
          <w:tcPr>
            <w:tcW w:w="2835" w:type="dxa"/>
          </w:tcPr>
          <w:p w14:paraId="4D39EABA" w14:textId="4BF2A741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1</w:t>
            </w:r>
            <w:r w:rsidR="00231605" w:rsidRPr="00501016">
              <w:rPr>
                <w:rFonts w:ascii="Segoe UI Semibold" w:hAnsi="Segoe UI Semibold" w:cs="Segoe UI Semibold"/>
                <w:b/>
                <w:bCs/>
              </w:rPr>
              <w:t>.00</w:t>
            </w:r>
            <w:r w:rsidRPr="00501016">
              <w:rPr>
                <w:rFonts w:ascii="Segoe UI Semibold" w:hAnsi="Segoe UI Semibold" w:cs="Segoe UI Semibold"/>
                <w:b/>
                <w:bCs/>
              </w:rPr>
              <w:t>pm – 3:30pm</w:t>
            </w:r>
          </w:p>
        </w:tc>
        <w:tc>
          <w:tcPr>
            <w:tcW w:w="1985" w:type="dxa"/>
          </w:tcPr>
          <w:p w14:paraId="41EEB065" w14:textId="16506216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231605" w:rsidRPr="00501016">
              <w:rPr>
                <w:rFonts w:ascii="Segoe UI Semibold" w:hAnsi="Segoe UI Semibold" w:cs="Segoe UI Semibold"/>
                <w:b/>
                <w:bCs/>
              </w:rPr>
              <w:t>26.25</w:t>
            </w:r>
          </w:p>
        </w:tc>
        <w:tc>
          <w:tcPr>
            <w:tcW w:w="2126" w:type="dxa"/>
          </w:tcPr>
          <w:p w14:paraId="7CF1EFD3" w14:textId="3FAD5A6E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B32BED" w:rsidRPr="00501016">
              <w:rPr>
                <w:rFonts w:ascii="Segoe UI Semibold" w:hAnsi="Segoe UI Semibold" w:cs="Segoe UI Semibold"/>
                <w:b/>
                <w:bCs/>
              </w:rPr>
              <w:t>3</w:t>
            </w:r>
            <w:r w:rsidR="00231605" w:rsidRPr="00501016">
              <w:rPr>
                <w:rFonts w:ascii="Segoe UI Semibold" w:hAnsi="Segoe UI Semibold" w:cs="Segoe UI Semibold"/>
                <w:b/>
                <w:bCs/>
              </w:rPr>
              <w:t>2.50</w:t>
            </w:r>
          </w:p>
        </w:tc>
      </w:tr>
      <w:tr w:rsidR="00E16E54" w:rsidRPr="00501016" w14:paraId="59DAA852" w14:textId="77777777" w:rsidTr="00231605">
        <w:tc>
          <w:tcPr>
            <w:tcW w:w="2835" w:type="dxa"/>
          </w:tcPr>
          <w:p w14:paraId="20F9DED9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All Day Session</w:t>
            </w:r>
          </w:p>
        </w:tc>
        <w:tc>
          <w:tcPr>
            <w:tcW w:w="2835" w:type="dxa"/>
          </w:tcPr>
          <w:p w14:paraId="2CE6E32E" w14:textId="23CC6ED6" w:rsidR="00E16E54" w:rsidRPr="00501016" w:rsidRDefault="00231605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3:30pm</w:t>
            </w:r>
          </w:p>
        </w:tc>
        <w:tc>
          <w:tcPr>
            <w:tcW w:w="1985" w:type="dxa"/>
          </w:tcPr>
          <w:p w14:paraId="30A625F7" w14:textId="2257F020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231605" w:rsidRPr="00501016">
              <w:rPr>
                <w:rFonts w:ascii="Segoe UI Semibold" w:hAnsi="Segoe UI Semibold" w:cs="Segoe UI Semibold"/>
                <w:b/>
                <w:bCs/>
              </w:rPr>
              <w:t>7</w:t>
            </w:r>
            <w:r w:rsidR="00B32BED" w:rsidRPr="00501016">
              <w:rPr>
                <w:rFonts w:ascii="Segoe UI Semibold" w:hAnsi="Segoe UI Semibold" w:cs="Segoe UI Semibold"/>
                <w:b/>
                <w:bCs/>
              </w:rPr>
              <w:t>8.</w:t>
            </w:r>
            <w:r w:rsidR="002E645E">
              <w:rPr>
                <w:rFonts w:ascii="Segoe UI Semibold" w:hAnsi="Segoe UI Semibold" w:cs="Segoe UI Semibold"/>
                <w:b/>
                <w:bCs/>
              </w:rPr>
              <w:t>75</w:t>
            </w:r>
          </w:p>
        </w:tc>
        <w:tc>
          <w:tcPr>
            <w:tcW w:w="2126" w:type="dxa"/>
          </w:tcPr>
          <w:p w14:paraId="710B4ECB" w14:textId="737B38E0" w:rsidR="00E16E54" w:rsidRPr="002E645E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2E645E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703FB7" w:rsidRPr="002E645E">
              <w:rPr>
                <w:rFonts w:ascii="Segoe UI Semibold" w:hAnsi="Segoe UI Semibold" w:cs="Segoe UI Semibold"/>
                <w:b/>
                <w:bCs/>
              </w:rPr>
              <w:t>9</w:t>
            </w:r>
            <w:r w:rsidR="002E645E" w:rsidRPr="002E645E">
              <w:rPr>
                <w:rFonts w:ascii="Segoe UI Semibold" w:hAnsi="Segoe UI Semibold" w:cs="Segoe UI Semibold"/>
                <w:b/>
                <w:bCs/>
              </w:rPr>
              <w:t>7.50</w:t>
            </w:r>
          </w:p>
        </w:tc>
      </w:tr>
      <w:tr w:rsidR="00231605" w:rsidRPr="00501016" w14:paraId="077D6C57" w14:textId="77777777" w:rsidTr="00231605">
        <w:tc>
          <w:tcPr>
            <w:tcW w:w="2835" w:type="dxa"/>
          </w:tcPr>
          <w:p w14:paraId="34784541" w14:textId="61DF4EEA" w:rsidR="00231605" w:rsidRPr="00501016" w:rsidRDefault="00231605" w:rsidP="00231605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Full Day</w:t>
            </w:r>
          </w:p>
        </w:tc>
        <w:tc>
          <w:tcPr>
            <w:tcW w:w="2835" w:type="dxa"/>
          </w:tcPr>
          <w:p w14:paraId="0505A4EF" w14:textId="002A2BC6" w:rsidR="00231605" w:rsidRPr="00501016" w:rsidRDefault="00231605" w:rsidP="00231605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8:00am – 6:00pm</w:t>
            </w:r>
          </w:p>
        </w:tc>
        <w:tc>
          <w:tcPr>
            <w:tcW w:w="1985" w:type="dxa"/>
          </w:tcPr>
          <w:p w14:paraId="449521E4" w14:textId="37D7EDBE" w:rsidR="00231605" w:rsidRPr="002E645E" w:rsidRDefault="00231605" w:rsidP="00231605">
            <w:pPr>
              <w:rPr>
                <w:rFonts w:ascii="Segoe UI Semibold" w:hAnsi="Segoe UI Semibold" w:cs="Segoe UI Semibold"/>
                <w:b/>
                <w:bCs/>
                <w:color w:val="EE0000"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£10</w:t>
            </w:r>
            <w:r w:rsidR="002E645E">
              <w:rPr>
                <w:rFonts w:ascii="Segoe UI Semibold" w:hAnsi="Segoe UI Semibold" w:cs="Segoe UI Semibold"/>
                <w:b/>
                <w:bCs/>
              </w:rPr>
              <w:t>5</w:t>
            </w:r>
            <w:r w:rsidRPr="00501016">
              <w:rPr>
                <w:rFonts w:ascii="Segoe UI Semibold" w:hAnsi="Segoe UI Semibold" w:cs="Segoe UI Semibold"/>
                <w:b/>
                <w:bCs/>
              </w:rPr>
              <w:t>.00</w:t>
            </w:r>
            <w:r w:rsidR="00F65267">
              <w:rPr>
                <w:rFonts w:ascii="Segoe UI Semibold" w:hAnsi="Segoe UI Semibold" w:cs="Segoe UI Semibold"/>
                <w:b/>
                <w:bCs/>
              </w:rPr>
              <w:t xml:space="preserve"> </w:t>
            </w:r>
          </w:p>
        </w:tc>
        <w:tc>
          <w:tcPr>
            <w:tcW w:w="2126" w:type="dxa"/>
          </w:tcPr>
          <w:p w14:paraId="28420318" w14:textId="092CBBD8" w:rsidR="00231605" w:rsidRPr="002E645E" w:rsidRDefault="00231605" w:rsidP="00231605">
            <w:pPr>
              <w:rPr>
                <w:rFonts w:ascii="Segoe UI Semibold" w:hAnsi="Segoe UI Semibold" w:cs="Segoe UI Semibold"/>
                <w:b/>
                <w:bCs/>
              </w:rPr>
            </w:pPr>
            <w:r w:rsidRPr="002E645E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2E645E" w:rsidRPr="002E645E">
              <w:rPr>
                <w:rFonts w:ascii="Segoe UI Semibold" w:hAnsi="Segoe UI Semibold" w:cs="Segoe UI Semibold"/>
                <w:b/>
                <w:bCs/>
              </w:rPr>
              <w:t>130.00</w:t>
            </w:r>
          </w:p>
        </w:tc>
      </w:tr>
      <w:tr w:rsidR="00E16E54" w:rsidRPr="00501016" w14:paraId="6E47CEC5" w14:textId="77777777" w:rsidTr="00231605">
        <w:trPr>
          <w:trHeight w:val="254"/>
        </w:trPr>
        <w:tc>
          <w:tcPr>
            <w:tcW w:w="2835" w:type="dxa"/>
          </w:tcPr>
          <w:p w14:paraId="71B1F70E" w14:textId="2813E18E" w:rsidR="00E16E54" w:rsidRPr="00501016" w:rsidRDefault="00231605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Hourly rate for extra hours</w:t>
            </w:r>
          </w:p>
        </w:tc>
        <w:tc>
          <w:tcPr>
            <w:tcW w:w="2835" w:type="dxa"/>
          </w:tcPr>
          <w:p w14:paraId="535FCFCB" w14:textId="777777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3:30pm – 6:00pm</w:t>
            </w:r>
          </w:p>
        </w:tc>
        <w:tc>
          <w:tcPr>
            <w:tcW w:w="1985" w:type="dxa"/>
          </w:tcPr>
          <w:p w14:paraId="1DB37464" w14:textId="25836F77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</w:t>
            </w:r>
            <w:r w:rsidR="00B32BED" w:rsidRPr="00501016">
              <w:rPr>
                <w:rFonts w:ascii="Segoe UI Semibold" w:hAnsi="Segoe UI Semibold" w:cs="Segoe UI Semibold"/>
                <w:b/>
                <w:bCs/>
              </w:rPr>
              <w:t>10.50</w:t>
            </w:r>
            <w:r w:rsidRPr="00501016">
              <w:rPr>
                <w:rFonts w:ascii="Segoe UI Semibold" w:hAnsi="Segoe UI Semibold" w:cs="Segoe UI Semibold"/>
                <w:b/>
                <w:bCs/>
              </w:rPr>
              <w:t>/hr</w:t>
            </w:r>
          </w:p>
        </w:tc>
        <w:tc>
          <w:tcPr>
            <w:tcW w:w="2126" w:type="dxa"/>
          </w:tcPr>
          <w:p w14:paraId="0884EB69" w14:textId="4E2F626C" w:rsidR="00E16E54" w:rsidRPr="00501016" w:rsidRDefault="003C5FC6">
            <w:pPr>
              <w:rPr>
                <w:rFonts w:ascii="Segoe UI Semibold" w:hAnsi="Segoe UI Semibold" w:cs="Segoe UI Semibold"/>
                <w:b/>
                <w:bCs/>
              </w:rPr>
            </w:pPr>
            <w:r w:rsidRPr="00501016">
              <w:rPr>
                <w:rFonts w:ascii="Segoe UI Semibold" w:hAnsi="Segoe UI Semibold" w:cs="Segoe UI Semibold"/>
                <w:b/>
                <w:bCs/>
              </w:rPr>
              <w:t>£1</w:t>
            </w:r>
            <w:r w:rsidR="00B32BED" w:rsidRPr="00501016">
              <w:rPr>
                <w:rFonts w:ascii="Segoe UI Semibold" w:hAnsi="Segoe UI Semibold" w:cs="Segoe UI Semibold"/>
                <w:b/>
                <w:bCs/>
              </w:rPr>
              <w:t>3</w:t>
            </w:r>
            <w:r w:rsidRPr="00501016">
              <w:rPr>
                <w:rFonts w:ascii="Segoe UI Semibold" w:hAnsi="Segoe UI Semibold" w:cs="Segoe UI Semibold"/>
                <w:b/>
                <w:bCs/>
              </w:rPr>
              <w:t>.00/hr</w:t>
            </w:r>
          </w:p>
        </w:tc>
      </w:tr>
    </w:tbl>
    <w:p w14:paraId="5BB907FD" w14:textId="77777777" w:rsidR="00501016" w:rsidRDefault="00501016">
      <w:pPr>
        <w:rPr>
          <w:rFonts w:ascii="Segoe UI Semibold" w:hAnsi="Segoe UI Semibold" w:cs="Segoe UI Semibold"/>
          <w:b/>
          <w:bCs/>
        </w:rPr>
      </w:pPr>
    </w:p>
    <w:p w14:paraId="02279B75" w14:textId="77777777" w:rsidR="002F541E" w:rsidRDefault="002F541E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</w:p>
    <w:p w14:paraId="3A9BCAC8" w14:textId="77777777" w:rsidR="002F541E" w:rsidRPr="00183D28" w:rsidRDefault="002F541E" w:rsidP="00183D28">
      <w:pPr>
        <w:spacing w:before="100" w:beforeAutospacing="1" w:after="100" w:afterAutospacing="1"/>
        <w:rPr>
          <w:rFonts w:ascii="Segoe UI" w:eastAsia="Times New Roman" w:hAnsi="Segoe UI" w:cs="Segoe UI"/>
          <w:color w:val="000000"/>
          <w:lang w:eastAsia="en-GB"/>
        </w:rPr>
      </w:pPr>
    </w:p>
    <w:p w14:paraId="6060402E" w14:textId="77777777" w:rsidR="00183D28" w:rsidRPr="00183D28" w:rsidRDefault="00A36DDF" w:rsidP="00183D28">
      <w:pPr>
        <w:rPr>
          <w:rFonts w:ascii="Segoe UI" w:eastAsia="Times New Roman" w:hAnsi="Segoe UI" w:cs="Segoe UI"/>
          <w:lang w:eastAsia="en-GB"/>
        </w:rPr>
      </w:pPr>
      <w:r>
        <w:rPr>
          <w:noProof/>
        </w:rPr>
      </w:r>
      <w:r>
        <w:rPr>
          <w:noProof/>
        </w:rPr>
        <w:pict w14:anchorId="133F5FDB">
          <v:rect id="Horizontal Line 6" o:spid="_x0000_s1026" alt="" style="width:555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28E70EB" w14:textId="270357CD" w:rsidR="00183D28" w:rsidRPr="00183D28" w:rsidRDefault="00183D28" w:rsidP="00183D28">
      <w:pPr>
        <w:rPr>
          <w:rFonts w:ascii="Segoe UI" w:hAnsi="Segoe UI" w:cs="Segoe UI"/>
          <w:b/>
          <w:bCs/>
        </w:rPr>
      </w:pPr>
      <w:r w:rsidRPr="00183D28">
        <w:rPr>
          <w:rFonts w:ascii="Segoe UI" w:eastAsia="Times New Roman" w:hAnsi="Segoe UI" w:cs="Segoe UI"/>
          <w:color w:val="000000"/>
          <w:lang w:eastAsia="en-GB"/>
        </w:rPr>
        <w:t xml:space="preserve">For further information or to discuss your child's attendance pattern, please speak to </w:t>
      </w:r>
      <w:r w:rsidR="002F541E">
        <w:rPr>
          <w:rFonts w:ascii="Segoe UI" w:eastAsia="Times New Roman" w:hAnsi="Segoe UI" w:cs="Segoe UI"/>
          <w:color w:val="000000"/>
          <w:lang w:eastAsia="en-GB"/>
        </w:rPr>
        <w:t>Angela</w:t>
      </w:r>
      <w:r w:rsidR="00A626E3">
        <w:rPr>
          <w:rFonts w:ascii="Segoe UI" w:eastAsia="Times New Roman" w:hAnsi="Segoe UI" w:cs="Segoe UI"/>
          <w:color w:val="000000"/>
          <w:lang w:eastAsia="en-GB"/>
        </w:rPr>
        <w:t>.</w:t>
      </w:r>
    </w:p>
    <w:sectPr w:rsidR="00183D28" w:rsidRPr="00183D28" w:rsidSect="00B04D96">
      <w:pgSz w:w="12240" w:h="15840"/>
      <w:pgMar w:top="397" w:right="567" w:bottom="39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057D42"/>
    <w:multiLevelType w:val="multilevel"/>
    <w:tmpl w:val="244E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802573"/>
    <w:multiLevelType w:val="hybridMultilevel"/>
    <w:tmpl w:val="BFE419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498342">
    <w:abstractNumId w:val="8"/>
  </w:num>
  <w:num w:numId="2" w16cid:durableId="2010719380">
    <w:abstractNumId w:val="6"/>
  </w:num>
  <w:num w:numId="3" w16cid:durableId="19087985">
    <w:abstractNumId w:val="5"/>
  </w:num>
  <w:num w:numId="4" w16cid:durableId="1994407144">
    <w:abstractNumId w:val="4"/>
  </w:num>
  <w:num w:numId="5" w16cid:durableId="1991014918">
    <w:abstractNumId w:val="7"/>
  </w:num>
  <w:num w:numId="6" w16cid:durableId="1506435253">
    <w:abstractNumId w:val="3"/>
  </w:num>
  <w:num w:numId="7" w16cid:durableId="739644999">
    <w:abstractNumId w:val="2"/>
  </w:num>
  <w:num w:numId="8" w16cid:durableId="1683819872">
    <w:abstractNumId w:val="1"/>
  </w:num>
  <w:num w:numId="9" w16cid:durableId="2048145094">
    <w:abstractNumId w:val="0"/>
  </w:num>
  <w:num w:numId="10" w16cid:durableId="1922133812">
    <w:abstractNumId w:val="10"/>
  </w:num>
  <w:num w:numId="11" w16cid:durableId="8277295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9EF"/>
    <w:rsid w:val="00024ECC"/>
    <w:rsid w:val="00034616"/>
    <w:rsid w:val="0006063C"/>
    <w:rsid w:val="0006078A"/>
    <w:rsid w:val="00084866"/>
    <w:rsid w:val="000939F1"/>
    <w:rsid w:val="000D6027"/>
    <w:rsid w:val="000D748D"/>
    <w:rsid w:val="00104AB3"/>
    <w:rsid w:val="001178AD"/>
    <w:rsid w:val="0015074B"/>
    <w:rsid w:val="00183D28"/>
    <w:rsid w:val="001B56E4"/>
    <w:rsid w:val="001E748F"/>
    <w:rsid w:val="001F0224"/>
    <w:rsid w:val="00231605"/>
    <w:rsid w:val="002459F7"/>
    <w:rsid w:val="00246010"/>
    <w:rsid w:val="0029639D"/>
    <w:rsid w:val="002E085B"/>
    <w:rsid w:val="002E645E"/>
    <w:rsid w:val="002F541E"/>
    <w:rsid w:val="002F59BE"/>
    <w:rsid w:val="00303522"/>
    <w:rsid w:val="00326F90"/>
    <w:rsid w:val="00353E70"/>
    <w:rsid w:val="003A6EAE"/>
    <w:rsid w:val="003C5FC6"/>
    <w:rsid w:val="003F56D7"/>
    <w:rsid w:val="00421D2A"/>
    <w:rsid w:val="00494C96"/>
    <w:rsid w:val="004B34BF"/>
    <w:rsid w:val="004E1052"/>
    <w:rsid w:val="004F03E3"/>
    <w:rsid w:val="00501016"/>
    <w:rsid w:val="005418CC"/>
    <w:rsid w:val="00597C79"/>
    <w:rsid w:val="005F7E9E"/>
    <w:rsid w:val="0064111A"/>
    <w:rsid w:val="00685DF1"/>
    <w:rsid w:val="00702CDD"/>
    <w:rsid w:val="00703F00"/>
    <w:rsid w:val="00703FB7"/>
    <w:rsid w:val="00706793"/>
    <w:rsid w:val="007070A7"/>
    <w:rsid w:val="00745C71"/>
    <w:rsid w:val="007C4834"/>
    <w:rsid w:val="007D2B57"/>
    <w:rsid w:val="00840633"/>
    <w:rsid w:val="008D5FDA"/>
    <w:rsid w:val="008E0C68"/>
    <w:rsid w:val="00962E5D"/>
    <w:rsid w:val="00977963"/>
    <w:rsid w:val="009A7FD2"/>
    <w:rsid w:val="009E4F97"/>
    <w:rsid w:val="009F1166"/>
    <w:rsid w:val="009F6D68"/>
    <w:rsid w:val="00A15AE6"/>
    <w:rsid w:val="00A16D66"/>
    <w:rsid w:val="00A36DDF"/>
    <w:rsid w:val="00A626E3"/>
    <w:rsid w:val="00A74BD1"/>
    <w:rsid w:val="00A75ACF"/>
    <w:rsid w:val="00AA1D8D"/>
    <w:rsid w:val="00AB7B07"/>
    <w:rsid w:val="00AE2A94"/>
    <w:rsid w:val="00AE5DA2"/>
    <w:rsid w:val="00B04D96"/>
    <w:rsid w:val="00B32BED"/>
    <w:rsid w:val="00B35029"/>
    <w:rsid w:val="00B47730"/>
    <w:rsid w:val="00BC7625"/>
    <w:rsid w:val="00BD0C43"/>
    <w:rsid w:val="00BE448C"/>
    <w:rsid w:val="00C01B6E"/>
    <w:rsid w:val="00C5429D"/>
    <w:rsid w:val="00C708E8"/>
    <w:rsid w:val="00C87866"/>
    <w:rsid w:val="00CA1EBB"/>
    <w:rsid w:val="00CB0664"/>
    <w:rsid w:val="00CD3E02"/>
    <w:rsid w:val="00D40620"/>
    <w:rsid w:val="00D54999"/>
    <w:rsid w:val="00DA339E"/>
    <w:rsid w:val="00DA6D97"/>
    <w:rsid w:val="00E16E54"/>
    <w:rsid w:val="00E30D73"/>
    <w:rsid w:val="00E44ADC"/>
    <w:rsid w:val="00E505AC"/>
    <w:rsid w:val="00EA54DA"/>
    <w:rsid w:val="00EC1458"/>
    <w:rsid w:val="00ED3C75"/>
    <w:rsid w:val="00EF67DC"/>
    <w:rsid w:val="00F25ABD"/>
    <w:rsid w:val="00F36687"/>
    <w:rsid w:val="00F65267"/>
    <w:rsid w:val="00F73DA3"/>
    <w:rsid w:val="00FC693F"/>
    <w:rsid w:val="00FD02A1"/>
    <w:rsid w:val="00FD77C5"/>
    <w:rsid w:val="00FF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B7BE615"/>
  <w14:defaultImageDpi w14:val="300"/>
  <w15:docId w15:val="{FED21A7C-5D93-274D-B877-938C9206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2F5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2F541E"/>
  </w:style>
  <w:style w:type="paragraph" w:customStyle="1" w:styleId="isselectedend">
    <w:name w:val="isselectedend"/>
    <w:basedOn w:val="Normal"/>
    <w:rsid w:val="00A62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369</Words>
  <Characters>2157</Characters>
  <Application>Microsoft Office Word</Application>
  <DocSecurity>0</DocSecurity>
  <Lines>93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Pagett</cp:lastModifiedBy>
  <cp:revision>4</cp:revision>
  <cp:lastPrinted>2026-08-14T11:30:00Z</cp:lastPrinted>
  <dcterms:created xsi:type="dcterms:W3CDTF">2026-08-17T16:18:00Z</dcterms:created>
  <dcterms:modified xsi:type="dcterms:W3CDTF">2026-09-21T16:46:00Z</dcterms:modified>
  <cp:category/>
</cp:coreProperties>
</file>